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5AE2C" w14:textId="3EC2590F" w:rsidR="0092770D" w:rsidRDefault="007D1157">
      <w:r>
        <w:rPr>
          <w:noProof/>
        </w:rPr>
        <w:drawing>
          <wp:anchor distT="0" distB="0" distL="114300" distR="114300" simplePos="0" relativeHeight="251659264" behindDoc="1" locked="0" layoutInCell="1" allowOverlap="1" wp14:anchorId="2A622233" wp14:editId="616369E8">
            <wp:simplePos x="0" y="0"/>
            <wp:positionH relativeFrom="column">
              <wp:posOffset>3962400</wp:posOffset>
            </wp:positionH>
            <wp:positionV relativeFrom="paragraph">
              <wp:posOffset>-4445</wp:posOffset>
            </wp:positionV>
            <wp:extent cx="2027555" cy="10477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fields 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28029F8" wp14:editId="0DC0F916">
            <wp:simplePos x="0" y="0"/>
            <wp:positionH relativeFrom="column">
              <wp:posOffset>-828675</wp:posOffset>
            </wp:positionH>
            <wp:positionV relativeFrom="paragraph">
              <wp:posOffset>309880</wp:posOffset>
            </wp:positionV>
            <wp:extent cx="1667510" cy="381000"/>
            <wp:effectExtent l="0" t="0" r="8890" b="0"/>
            <wp:wrapTight wrapText="bothSides">
              <wp:wrapPolygon edited="0">
                <wp:start x="987" y="0"/>
                <wp:lineTo x="0" y="4320"/>
                <wp:lineTo x="0" y="18360"/>
                <wp:lineTo x="987" y="20520"/>
                <wp:lineTo x="4195" y="20520"/>
                <wp:lineTo x="21468" y="18360"/>
                <wp:lineTo x="21468" y="6480"/>
                <wp:lineTo x="15053" y="0"/>
                <wp:lineTo x="987" y="0"/>
              </wp:wrapPolygon>
            </wp:wrapTight>
            <wp:docPr id="2066348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88FE36" w14:textId="77777777" w:rsidR="007D1157" w:rsidRDefault="007D1157">
      <w:pPr>
        <w:pStyle w:val="Heading1"/>
        <w:jc w:val="center"/>
      </w:pPr>
    </w:p>
    <w:p w14:paraId="7397A280" w14:textId="3DE2DEC5" w:rsidR="0092770D" w:rsidRDefault="00000000">
      <w:pPr>
        <w:pStyle w:val="Heading1"/>
        <w:jc w:val="center"/>
      </w:pPr>
      <w:r>
        <w:t>Application for a Place at the After-School Club</w:t>
      </w:r>
    </w:p>
    <w:p w14:paraId="1B420482" w14:textId="77777777" w:rsidR="0092770D" w:rsidRDefault="00000000">
      <w:pPr>
        <w:jc w:val="center"/>
      </w:pPr>
      <w:r>
        <w:rPr>
          <w:b/>
        </w:rPr>
        <w:t xml:space="preserve">**Please note: Submitting this form places your child on the waiting </w:t>
      </w:r>
      <w:proofErr w:type="gramStart"/>
      <w:r>
        <w:rPr>
          <w:b/>
        </w:rPr>
        <w:t>list.*</w:t>
      </w:r>
      <w:proofErr w:type="gramEnd"/>
      <w:r>
        <w:rPr>
          <w:b/>
        </w:rPr>
        <w:t>*</w:t>
      </w:r>
    </w:p>
    <w:p w14:paraId="4EB3BA61" w14:textId="77777777" w:rsidR="0092770D" w:rsidRDefault="00000000">
      <w:pPr>
        <w:pStyle w:val="Heading2"/>
      </w:pPr>
      <w:r>
        <w:t>Child’s 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92770D" w14:paraId="535B0930" w14:textId="77777777">
        <w:tc>
          <w:tcPr>
            <w:tcW w:w="4320" w:type="dxa"/>
          </w:tcPr>
          <w:p w14:paraId="6001FC32" w14:textId="77777777" w:rsidR="0092770D" w:rsidRDefault="00000000">
            <w:r>
              <w:t>Full Name</w:t>
            </w:r>
          </w:p>
        </w:tc>
        <w:tc>
          <w:tcPr>
            <w:tcW w:w="4320" w:type="dxa"/>
          </w:tcPr>
          <w:p w14:paraId="3B97DE07" w14:textId="77777777" w:rsidR="0092770D" w:rsidRDefault="0092770D"/>
          <w:p w14:paraId="4734E5A7" w14:textId="77777777" w:rsidR="007D1157" w:rsidRDefault="007D1157"/>
        </w:tc>
      </w:tr>
      <w:tr w:rsidR="0092770D" w14:paraId="34B15CA2" w14:textId="77777777">
        <w:tc>
          <w:tcPr>
            <w:tcW w:w="4320" w:type="dxa"/>
          </w:tcPr>
          <w:p w14:paraId="667C6840" w14:textId="6DD74E10" w:rsidR="0092770D" w:rsidRDefault="00000000">
            <w:r>
              <w:t xml:space="preserve">Date of Birth </w:t>
            </w:r>
          </w:p>
        </w:tc>
        <w:tc>
          <w:tcPr>
            <w:tcW w:w="4320" w:type="dxa"/>
          </w:tcPr>
          <w:p w14:paraId="54EF3ADF" w14:textId="77777777" w:rsidR="0092770D" w:rsidRDefault="0092770D"/>
          <w:p w14:paraId="4DB85C14" w14:textId="63B6CB58" w:rsidR="007D1157" w:rsidRDefault="007D1157">
            <w:r w:rsidRPr="007D1157">
              <w:t>(___ / ___ / ______)</w:t>
            </w:r>
          </w:p>
        </w:tc>
      </w:tr>
      <w:tr w:rsidR="0092770D" w14:paraId="207C0CCC" w14:textId="77777777">
        <w:tc>
          <w:tcPr>
            <w:tcW w:w="4320" w:type="dxa"/>
          </w:tcPr>
          <w:p w14:paraId="133B85E0" w14:textId="77777777" w:rsidR="0092770D" w:rsidRDefault="00000000">
            <w:r>
              <w:t>School Year</w:t>
            </w:r>
          </w:p>
        </w:tc>
        <w:tc>
          <w:tcPr>
            <w:tcW w:w="4320" w:type="dxa"/>
          </w:tcPr>
          <w:p w14:paraId="07387DE6" w14:textId="77777777" w:rsidR="0092770D" w:rsidRDefault="0092770D"/>
          <w:p w14:paraId="6D8B9FBD" w14:textId="77777777" w:rsidR="007D1157" w:rsidRDefault="007D1157"/>
        </w:tc>
      </w:tr>
    </w:tbl>
    <w:p w14:paraId="5203C0C1" w14:textId="77777777" w:rsidR="0092770D" w:rsidRDefault="0092770D"/>
    <w:p w14:paraId="7506935D" w14:textId="77777777" w:rsidR="0092770D" w:rsidRDefault="00000000">
      <w:pPr>
        <w:pStyle w:val="Heading2"/>
      </w:pPr>
      <w:r>
        <w:t>Parent/Carer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92770D" w14:paraId="5E6F6D88" w14:textId="77777777">
        <w:tc>
          <w:tcPr>
            <w:tcW w:w="4320" w:type="dxa"/>
          </w:tcPr>
          <w:p w14:paraId="18503C2A" w14:textId="77777777" w:rsidR="0092770D" w:rsidRDefault="00000000">
            <w:r>
              <w:t>Full Name</w:t>
            </w:r>
          </w:p>
        </w:tc>
        <w:tc>
          <w:tcPr>
            <w:tcW w:w="4320" w:type="dxa"/>
          </w:tcPr>
          <w:p w14:paraId="1BE5A339" w14:textId="77777777" w:rsidR="0092770D" w:rsidRDefault="0092770D"/>
          <w:p w14:paraId="5920E7F4" w14:textId="77777777" w:rsidR="007D1157" w:rsidRDefault="007D1157"/>
        </w:tc>
      </w:tr>
      <w:tr w:rsidR="0092770D" w14:paraId="0433903F" w14:textId="77777777">
        <w:tc>
          <w:tcPr>
            <w:tcW w:w="4320" w:type="dxa"/>
          </w:tcPr>
          <w:p w14:paraId="73C9D7D7" w14:textId="77777777" w:rsidR="0092770D" w:rsidRDefault="00000000">
            <w:r>
              <w:t>Relationship to Child</w:t>
            </w:r>
          </w:p>
        </w:tc>
        <w:tc>
          <w:tcPr>
            <w:tcW w:w="4320" w:type="dxa"/>
          </w:tcPr>
          <w:p w14:paraId="274FD5FD" w14:textId="77777777" w:rsidR="0092770D" w:rsidRDefault="0092770D"/>
          <w:p w14:paraId="216A405A" w14:textId="77777777" w:rsidR="007D1157" w:rsidRDefault="007D1157"/>
        </w:tc>
      </w:tr>
      <w:tr w:rsidR="0092770D" w14:paraId="22AAE33F" w14:textId="77777777">
        <w:tc>
          <w:tcPr>
            <w:tcW w:w="4320" w:type="dxa"/>
          </w:tcPr>
          <w:p w14:paraId="4931624E" w14:textId="77777777" w:rsidR="0092770D" w:rsidRDefault="00000000">
            <w:r>
              <w:t>Address</w:t>
            </w:r>
          </w:p>
        </w:tc>
        <w:tc>
          <w:tcPr>
            <w:tcW w:w="4320" w:type="dxa"/>
          </w:tcPr>
          <w:p w14:paraId="3BDB09AF" w14:textId="77777777" w:rsidR="0092770D" w:rsidRDefault="0092770D"/>
          <w:p w14:paraId="3177A3E7" w14:textId="77777777" w:rsidR="007D1157" w:rsidRDefault="007D1157"/>
          <w:p w14:paraId="4EFED2A6" w14:textId="77777777" w:rsidR="007D1157" w:rsidRDefault="007D1157"/>
          <w:p w14:paraId="069524A1" w14:textId="77777777" w:rsidR="007D1157" w:rsidRDefault="007D1157"/>
        </w:tc>
      </w:tr>
      <w:tr w:rsidR="0092770D" w14:paraId="7D89FEA6" w14:textId="77777777">
        <w:tc>
          <w:tcPr>
            <w:tcW w:w="4320" w:type="dxa"/>
          </w:tcPr>
          <w:p w14:paraId="10DCA88E" w14:textId="77777777" w:rsidR="0092770D" w:rsidRDefault="00000000">
            <w:r>
              <w:t>Email Address</w:t>
            </w:r>
          </w:p>
        </w:tc>
        <w:tc>
          <w:tcPr>
            <w:tcW w:w="4320" w:type="dxa"/>
          </w:tcPr>
          <w:p w14:paraId="651B6126" w14:textId="77777777" w:rsidR="0092770D" w:rsidRDefault="0092770D"/>
          <w:p w14:paraId="7C3AF9B1" w14:textId="77777777" w:rsidR="007D1157" w:rsidRDefault="007D1157"/>
        </w:tc>
      </w:tr>
      <w:tr w:rsidR="0092770D" w14:paraId="667D5F65" w14:textId="77777777">
        <w:tc>
          <w:tcPr>
            <w:tcW w:w="4320" w:type="dxa"/>
          </w:tcPr>
          <w:p w14:paraId="31FB102E" w14:textId="77777777" w:rsidR="0092770D" w:rsidRDefault="00000000">
            <w:r>
              <w:t>Contact Number</w:t>
            </w:r>
          </w:p>
        </w:tc>
        <w:tc>
          <w:tcPr>
            <w:tcW w:w="4320" w:type="dxa"/>
          </w:tcPr>
          <w:p w14:paraId="2B665F2E" w14:textId="77777777" w:rsidR="0092770D" w:rsidRDefault="0092770D"/>
          <w:p w14:paraId="07A88184" w14:textId="77777777" w:rsidR="007D1157" w:rsidRDefault="007D1157"/>
        </w:tc>
      </w:tr>
    </w:tbl>
    <w:p w14:paraId="72C1999A" w14:textId="77777777" w:rsidR="0092770D" w:rsidRDefault="0092770D"/>
    <w:p w14:paraId="082EA914" w14:textId="77777777" w:rsidR="0092770D" w:rsidRDefault="00000000">
      <w:pPr>
        <w:pStyle w:val="Heading2"/>
      </w:pPr>
      <w:r>
        <w:t>Days Required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92770D" w14:paraId="7ECEBCEB" w14:textId="77777777" w:rsidTr="007D1157">
        <w:tc>
          <w:tcPr>
            <w:tcW w:w="4315" w:type="dxa"/>
          </w:tcPr>
          <w:p w14:paraId="011908C3" w14:textId="77777777" w:rsidR="0092770D" w:rsidRDefault="00000000">
            <w:r>
              <w:t>Monday</w:t>
            </w:r>
          </w:p>
        </w:tc>
        <w:tc>
          <w:tcPr>
            <w:tcW w:w="4315" w:type="dxa"/>
          </w:tcPr>
          <w:p w14:paraId="3871BF90" w14:textId="77777777" w:rsidR="0092770D" w:rsidRDefault="00000000">
            <w:r>
              <w:t>☐</w:t>
            </w:r>
          </w:p>
        </w:tc>
      </w:tr>
      <w:tr w:rsidR="0092770D" w14:paraId="085E5BC3" w14:textId="77777777" w:rsidTr="007D1157">
        <w:tc>
          <w:tcPr>
            <w:tcW w:w="4315" w:type="dxa"/>
          </w:tcPr>
          <w:p w14:paraId="5C328538" w14:textId="77777777" w:rsidR="0092770D" w:rsidRDefault="00000000">
            <w:r>
              <w:t>Tuesday</w:t>
            </w:r>
          </w:p>
        </w:tc>
        <w:tc>
          <w:tcPr>
            <w:tcW w:w="4315" w:type="dxa"/>
          </w:tcPr>
          <w:p w14:paraId="192DAD4E" w14:textId="77777777" w:rsidR="0092770D" w:rsidRDefault="00000000">
            <w:r>
              <w:t>☐</w:t>
            </w:r>
          </w:p>
        </w:tc>
      </w:tr>
      <w:tr w:rsidR="0092770D" w14:paraId="51144F68" w14:textId="77777777" w:rsidTr="007D1157">
        <w:tc>
          <w:tcPr>
            <w:tcW w:w="4315" w:type="dxa"/>
          </w:tcPr>
          <w:p w14:paraId="26F2F3D3" w14:textId="77777777" w:rsidR="0092770D" w:rsidRDefault="00000000">
            <w:r>
              <w:t>Wednesday</w:t>
            </w:r>
          </w:p>
        </w:tc>
        <w:tc>
          <w:tcPr>
            <w:tcW w:w="4315" w:type="dxa"/>
          </w:tcPr>
          <w:p w14:paraId="5180B108" w14:textId="77777777" w:rsidR="0092770D" w:rsidRDefault="00000000">
            <w:r>
              <w:t>☐</w:t>
            </w:r>
          </w:p>
        </w:tc>
      </w:tr>
      <w:tr w:rsidR="0092770D" w14:paraId="76F9F859" w14:textId="77777777" w:rsidTr="007D1157">
        <w:tc>
          <w:tcPr>
            <w:tcW w:w="4315" w:type="dxa"/>
          </w:tcPr>
          <w:p w14:paraId="133717E9" w14:textId="77777777" w:rsidR="0092770D" w:rsidRDefault="00000000">
            <w:r>
              <w:t>Thursday</w:t>
            </w:r>
          </w:p>
        </w:tc>
        <w:tc>
          <w:tcPr>
            <w:tcW w:w="4315" w:type="dxa"/>
          </w:tcPr>
          <w:p w14:paraId="439CF1ED" w14:textId="77777777" w:rsidR="0092770D" w:rsidRDefault="00000000">
            <w:r>
              <w:t>☐</w:t>
            </w:r>
          </w:p>
        </w:tc>
      </w:tr>
      <w:tr w:rsidR="0092770D" w14:paraId="1AC94688" w14:textId="77777777" w:rsidTr="007D1157">
        <w:tc>
          <w:tcPr>
            <w:tcW w:w="4315" w:type="dxa"/>
          </w:tcPr>
          <w:p w14:paraId="6EB953B5" w14:textId="77777777" w:rsidR="0092770D" w:rsidRDefault="00000000">
            <w:r>
              <w:t>Friday</w:t>
            </w:r>
          </w:p>
        </w:tc>
        <w:tc>
          <w:tcPr>
            <w:tcW w:w="4315" w:type="dxa"/>
          </w:tcPr>
          <w:p w14:paraId="56CD3DD0" w14:textId="77777777" w:rsidR="0092770D" w:rsidRDefault="00000000">
            <w:r>
              <w:t>☐</w:t>
            </w:r>
          </w:p>
        </w:tc>
      </w:tr>
      <w:tr w:rsidR="007D1157" w14:paraId="738E2137" w14:textId="77777777" w:rsidTr="007D1157">
        <w:tc>
          <w:tcPr>
            <w:tcW w:w="4315" w:type="dxa"/>
          </w:tcPr>
          <w:p w14:paraId="4AAF886B" w14:textId="3CA8B933" w:rsidR="007D1157" w:rsidRDefault="007D1157">
            <w:r>
              <w:t xml:space="preserve">Setting </w:t>
            </w:r>
          </w:p>
        </w:tc>
        <w:tc>
          <w:tcPr>
            <w:tcW w:w="4315" w:type="dxa"/>
          </w:tcPr>
          <w:p w14:paraId="4B1158F2" w14:textId="208339E8" w:rsidR="007D1157" w:rsidRDefault="007D1157">
            <w:r>
              <w:t xml:space="preserve">Greenfields </w:t>
            </w:r>
            <w:r w:rsidRPr="007D1157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  </w:t>
            </w:r>
            <w:r w:rsidRPr="007D1157">
              <w:rPr>
                <w:rFonts w:cs="Segoe UI Symbol"/>
              </w:rPr>
              <w:t>St George’s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7D1157">
              <w:rPr>
                <w:rFonts w:ascii="Segoe UI Symbol" w:hAnsi="Segoe UI Symbol" w:cs="Segoe UI Symbol"/>
              </w:rPr>
              <w:t>☐</w:t>
            </w:r>
          </w:p>
        </w:tc>
      </w:tr>
      <w:tr w:rsidR="0092770D" w14:paraId="413D7CE7" w14:textId="77777777" w:rsidTr="007D1157">
        <w:tc>
          <w:tcPr>
            <w:tcW w:w="4315" w:type="dxa"/>
          </w:tcPr>
          <w:p w14:paraId="36A38D73" w14:textId="77777777" w:rsidR="0092770D" w:rsidRDefault="00000000">
            <w:r>
              <w:t>Preferred Start Date</w:t>
            </w:r>
          </w:p>
        </w:tc>
        <w:tc>
          <w:tcPr>
            <w:tcW w:w="4315" w:type="dxa"/>
          </w:tcPr>
          <w:p w14:paraId="3B76378A" w14:textId="77777777" w:rsidR="0092770D" w:rsidRDefault="00000000">
            <w:r>
              <w:t>___ / __</w:t>
            </w:r>
            <w:proofErr w:type="gramStart"/>
            <w:r>
              <w:t>_ / _</w:t>
            </w:r>
            <w:proofErr w:type="gramEnd"/>
            <w:r>
              <w:t>_____</w:t>
            </w:r>
          </w:p>
        </w:tc>
      </w:tr>
    </w:tbl>
    <w:p w14:paraId="6EED869A" w14:textId="77777777" w:rsidR="0092770D" w:rsidRDefault="00000000">
      <w:pPr>
        <w:pStyle w:val="Heading2"/>
      </w:pPr>
      <w:r>
        <w:t>Additional Information</w:t>
      </w:r>
    </w:p>
    <w:p w14:paraId="2951B63C" w14:textId="77777777" w:rsidR="0092770D" w:rsidRDefault="00000000">
      <w:r>
        <w:t>Please add any relevant notes or requirements here:</w:t>
      </w:r>
    </w:p>
    <w:p w14:paraId="3EC8F20A" w14:textId="47758DDB" w:rsidR="0092770D" w:rsidRDefault="00000000">
      <w:r>
        <w:br/>
      </w:r>
      <w:r>
        <w:br/>
      </w:r>
      <w:r>
        <w:br/>
      </w:r>
    </w:p>
    <w:p w14:paraId="3DFA4618" w14:textId="77777777" w:rsidR="0092770D" w:rsidRDefault="00000000">
      <w:pPr>
        <w:pStyle w:val="Heading2"/>
      </w:pPr>
      <w:r>
        <w:t>For 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92770D" w14:paraId="4CF10C0F" w14:textId="77777777" w:rsidTr="00646432">
        <w:tc>
          <w:tcPr>
            <w:tcW w:w="4315" w:type="dxa"/>
          </w:tcPr>
          <w:p w14:paraId="455FE61A" w14:textId="77777777" w:rsidR="0092770D" w:rsidRDefault="00000000">
            <w:r>
              <w:t>Place Offered?</w:t>
            </w:r>
          </w:p>
        </w:tc>
        <w:tc>
          <w:tcPr>
            <w:tcW w:w="4315" w:type="dxa"/>
          </w:tcPr>
          <w:p w14:paraId="0B0B560E" w14:textId="66544533" w:rsidR="0092770D" w:rsidRDefault="00000000">
            <w:r>
              <w:t xml:space="preserve">☐ Yes ☐ </w:t>
            </w:r>
            <w:proofErr w:type="gramStart"/>
            <w:r>
              <w:t>No</w:t>
            </w:r>
            <w:r w:rsidR="007D1157">
              <w:t xml:space="preserve">  </w:t>
            </w:r>
            <w:r w:rsidR="007D1157" w:rsidRPr="007D1157">
              <w:t>Greenfields</w:t>
            </w:r>
            <w:proofErr w:type="gramEnd"/>
            <w:r w:rsidR="007D1157" w:rsidRPr="007D1157">
              <w:t xml:space="preserve"> </w:t>
            </w:r>
            <w:r w:rsidR="007D1157" w:rsidRPr="007D1157">
              <w:rPr>
                <w:rFonts w:ascii="Segoe UI Symbol" w:hAnsi="Segoe UI Symbol" w:cs="Segoe UI Symbol"/>
              </w:rPr>
              <w:t>☐</w:t>
            </w:r>
            <w:r w:rsidR="007D1157" w:rsidRPr="007D1157">
              <w:t xml:space="preserve">   St George</w:t>
            </w:r>
            <w:r w:rsidR="007D1157" w:rsidRPr="007D1157">
              <w:rPr>
                <w:rFonts w:ascii="Cambria" w:hAnsi="Cambria" w:cs="Cambria"/>
              </w:rPr>
              <w:t>’</w:t>
            </w:r>
            <w:r w:rsidR="007D1157" w:rsidRPr="007D1157">
              <w:t xml:space="preserve">s </w:t>
            </w:r>
            <w:r w:rsidR="007D1157" w:rsidRPr="007D1157">
              <w:rPr>
                <w:rFonts w:ascii="Segoe UI Symbol" w:hAnsi="Segoe UI Symbol" w:cs="Segoe UI Symbol"/>
              </w:rPr>
              <w:t>☐</w:t>
            </w:r>
          </w:p>
        </w:tc>
      </w:tr>
      <w:tr w:rsidR="0092770D" w14:paraId="5DC93477" w14:textId="77777777" w:rsidTr="00646432">
        <w:tc>
          <w:tcPr>
            <w:tcW w:w="4315" w:type="dxa"/>
          </w:tcPr>
          <w:p w14:paraId="56688566" w14:textId="77777777" w:rsidR="0092770D" w:rsidRDefault="00000000">
            <w:r>
              <w:t>Start Date (if place given)</w:t>
            </w:r>
          </w:p>
        </w:tc>
        <w:tc>
          <w:tcPr>
            <w:tcW w:w="4315" w:type="dxa"/>
          </w:tcPr>
          <w:p w14:paraId="02D26DC1" w14:textId="77777777" w:rsidR="0092770D" w:rsidRDefault="00000000">
            <w:r>
              <w:t>___ / __</w:t>
            </w:r>
            <w:proofErr w:type="gramStart"/>
            <w:r>
              <w:t>_ / _</w:t>
            </w:r>
            <w:proofErr w:type="gramEnd"/>
            <w:r>
              <w:t>_____</w:t>
            </w:r>
          </w:p>
        </w:tc>
      </w:tr>
      <w:tr w:rsidR="0092770D" w14:paraId="65D38BB1" w14:textId="77777777" w:rsidTr="00646432">
        <w:tc>
          <w:tcPr>
            <w:tcW w:w="4315" w:type="dxa"/>
          </w:tcPr>
          <w:p w14:paraId="0AEEB1A5" w14:textId="77777777" w:rsidR="0092770D" w:rsidRDefault="00000000">
            <w:r>
              <w:t>Staff Initials</w:t>
            </w:r>
          </w:p>
        </w:tc>
        <w:tc>
          <w:tcPr>
            <w:tcW w:w="4315" w:type="dxa"/>
          </w:tcPr>
          <w:p w14:paraId="0221CD74" w14:textId="77777777" w:rsidR="0092770D" w:rsidRDefault="0092770D"/>
        </w:tc>
      </w:tr>
    </w:tbl>
    <w:p w14:paraId="7FA2FA1D" w14:textId="77777777" w:rsidR="00EF1FE6" w:rsidRDefault="00EF1FE6"/>
    <w:sectPr w:rsidR="00EF1FE6" w:rsidSect="007D1157">
      <w:pgSz w:w="12240" w:h="15840"/>
      <w:pgMar w:top="142" w:right="1800" w:bottom="28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3170724">
    <w:abstractNumId w:val="8"/>
  </w:num>
  <w:num w:numId="2" w16cid:durableId="1183126983">
    <w:abstractNumId w:val="6"/>
  </w:num>
  <w:num w:numId="3" w16cid:durableId="1042486752">
    <w:abstractNumId w:val="5"/>
  </w:num>
  <w:num w:numId="4" w16cid:durableId="2093240249">
    <w:abstractNumId w:val="4"/>
  </w:num>
  <w:num w:numId="5" w16cid:durableId="2090611012">
    <w:abstractNumId w:val="7"/>
  </w:num>
  <w:num w:numId="6" w16cid:durableId="1503859430">
    <w:abstractNumId w:val="3"/>
  </w:num>
  <w:num w:numId="7" w16cid:durableId="152648599">
    <w:abstractNumId w:val="2"/>
  </w:num>
  <w:num w:numId="8" w16cid:durableId="1165361876">
    <w:abstractNumId w:val="1"/>
  </w:num>
  <w:num w:numId="9" w16cid:durableId="780106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3388"/>
    <w:rsid w:val="00133319"/>
    <w:rsid w:val="0015074B"/>
    <w:rsid w:val="001D6DA0"/>
    <w:rsid w:val="0029639D"/>
    <w:rsid w:val="00326F90"/>
    <w:rsid w:val="004C7249"/>
    <w:rsid w:val="005E3F7F"/>
    <w:rsid w:val="00646432"/>
    <w:rsid w:val="007254C0"/>
    <w:rsid w:val="007D1157"/>
    <w:rsid w:val="0092770D"/>
    <w:rsid w:val="00955F3B"/>
    <w:rsid w:val="009F2082"/>
    <w:rsid w:val="00AA1D8D"/>
    <w:rsid w:val="00B00D8D"/>
    <w:rsid w:val="00B47730"/>
    <w:rsid w:val="00CB0664"/>
    <w:rsid w:val="00DA5EFD"/>
    <w:rsid w:val="00E31173"/>
    <w:rsid w:val="00EF1F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2D5E04"/>
  <w14:defaultImageDpi w14:val="300"/>
  <w15:docId w15:val="{4550E23F-FE34-4DBD-917A-76CA753F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Kia Krzyszka</cp:lastModifiedBy>
  <cp:revision>5</cp:revision>
  <dcterms:created xsi:type="dcterms:W3CDTF">2025-07-10T12:03:00Z</dcterms:created>
  <dcterms:modified xsi:type="dcterms:W3CDTF">2025-07-22T05:46:00Z</dcterms:modified>
  <cp:category/>
</cp:coreProperties>
</file>